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הכנרת - אגם שעולה ויורד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עליית וירידת מפלס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בנושא משאבי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אגם המים המתוקים הגדול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מהצפון, דרך הירדן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הפיכת מי ים למי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המפלס יורד מאוד וזה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היא צורכת אנרגייה רבה ועולה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הכנרת היא אגם מים מתוקים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חלק גדול מגיע ממתקני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נקבע על ידי המומחים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שהרגלים קטנים ביחד חוסכים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גדותיו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(גובה פני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יקר ערך בכמות מוגבלת)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(תקופה ארוכה בלי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(הפיכת מי ים למי 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(החופים של האגם)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הקרות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גשמים ושלגים יורדים בהרים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זורמים בנחלים ובמעיינות אל הירדן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הירדן נשפך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מפלס הכנרת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בקיץ השמש מאדה את המים והמפלס 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ופיתוח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מקלחת קצרה, סגירת ברז בזמן צחצוח שיניים, השקיית גינה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צריכים להסביר את מחזור העונות: עליה בחורף בגלל גשמים, ירידה בקיץ בגלל אידוי ושימוש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גובה פני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מהצפון, דרך הירדן, מגשמים ושלגים בהרים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מקלחת קצרה או סגירת ברז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בשאלה הפותחת בטקסט על המילה 'מפלס'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מפה של אזור הכנרת והירדן להמחשת זרימת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חיבור אישי - הרגלי חיסכון במים בבית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הכנרת - אגם שעולה ויורד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הכנרת, אגם המים המתוקים הגדול בישראל, ועל הסיבות לעליה ולירידה במפלס המים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קטן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אגם המים המתוקים הגדול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מלוח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מים מלאכותי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מאין מגיעים בעיקר מי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מהצפון, דרך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מהתפלה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למפלס הכנרת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עולה ואז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שתיית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הפיכת מי ים למי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איסוף מי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שאיבת מים מהכנרת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הבעיה בשנות בצורת רצופות?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יותר מדי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המפלס עולה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המפלס יורד מאוד וזה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 מתייבשת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החיסרון העיקרי של 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מזהמת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צורכת אנרגייה רבה ועולה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עובדת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אסורה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אגם מים מלוחים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המפלס עולה בגלל הגשמים והשלגים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 השתייה בישראל מגיעים היום מהכנרת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עליון מסמן חשש להצפת חופים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מקלחת קצרה יותר לא עוזרת לחסוך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השמש מאדה את מי 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הכנרת היא אגם המים __________ הגדול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יורדים גשמים ו__________ בהרים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בקיץ השמש __________ את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תקופה ארוכה בלי גשם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הוצאת מלח ממי 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החופים של האגם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החופים של האגם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הפיכת מי ים למי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יקר ערך בכמות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גובה פני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תקופה ארוכה בלי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הקרות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הירדן נשפך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מפלס הכנרת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השמש מאדה את המים והמפלס יורד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זורמים בנחלים ובמעיינות אל הירדן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גשמים ושלגים יורדים בהרים בצפון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ופיתוח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דרכים שבהן כל אחד מאיתנו יכול לחסוך מים בבית, בהשראת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אומרים שהכנרת 'נושמת' - עולה ויורדת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מפלס?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מאין מגיעים בעיקר מי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לחסוך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הכנרת - אגם שעולה ויורד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