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עליית וירידת מפלס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בנושא משאבי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אגם המים המתוקים הגדול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מהצפון, דרך הירדן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הפיכת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המפלס יורד מאוד וזה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צורכת אנרגייה רבה ועולה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היא אגם מים 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חלק גדול מגיע ממתקני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נקבע על ידי המומחים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שהרגלים קטנים ביחד חוסכים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(גובה פני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יקר ערך בכמות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(תקופה ארוכה בלי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(הפיכת מי ים למי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(החופים של האגם)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הקרות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גשמים ושלגים יורדים בהרים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זורמים בנחלים ובמעיינות אל הירדן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הירדן נשפך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מפלס הכנרת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בקיץ השמש מאדה את המים והמפלס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ופיתוח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מקלחת קצרה, סגירת ברז בזמן צחצוח שיניים, השקיית גינה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צריכים להסביר את מחזור העונות: עליה בחורף בגלל גשמים, ירידה בקיץ בגלל אידוי ושימוש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גובה פני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מהצפון, דרך הירדן, מגשמים ושלגים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מקלחת קצרה או סגירת ברז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בשאלה הפותחת בטקסט על המילה 'מפלס'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אזור הכנרת והירדן להמחשת זרימת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אישי - הרגלי חיסכון במים בבית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הכנרת - אגם גדול בישראל. המים עולים בחורף ויורדים בקיץ. נלמד למה זה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גובה פני המים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שוכנת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נמצאת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הופכת מים לגז (אדים)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גדותיו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החופים של האגם או הנהר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מלח ממי ים כדי שאפשר יהיה לשתות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יקר ערך שיש ממנו כמות מוגבלת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זאת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קטן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אגם המים המתוקים הגדול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מלוח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מים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באים המים לכנרת?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מהצפון, דרך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למים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עולה ואז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זאת 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שתיית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הפיכת מי ים למי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איסוף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שאיבת מים מהכנרת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כשאין גשם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יותר מדי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המפלס עולה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המפלס יורד מאוד וזה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 מתייבשת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הבעיה בהתפלה?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מזהמת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צורכת אנרגייה רבה ועולה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עובדת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אסורה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אגם מים מלוחים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המפלס עולה בגלל הגשמים והשלגים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 השתייה בישראל מגיעים היום מהכנרת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עליון מסמן חשש להצפת חופים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קצרה יותר לא עוזרת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השמש מאדה את מי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הכנרת היא אגם המים __________ הגדול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יורדים גשמים ו__________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השמש __________ את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תקופה ארוכה בלי גשם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הוצאת מלח ממי 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החופים של האגם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יקר ערך בכמות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החופים של האגם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גובה פני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תקופה ארוכה בלי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הפיכת מי ים למי 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הקרות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השמש מאדה את המים והמפלס יורד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גשמים ושלגים יורדים בהרים בצפון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מפלס הכנרת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הירדן נשפך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בנחלים ובמעיינות אל הירדן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ופיתוח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דרכים שבהן כל אחד מאיתנו יכול לחסוך מים בבית, בהשראת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אומרים שהכנרת 'נושמת' - עולה ויורדת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מפלס?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מאין מגיעים בעיקר מי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לחסוך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הכנרת - אגם שעולה ויורד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