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הכנרת - אגם שעולה ויורד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עליית וירידת מפלס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בנושא משאבי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אגם המים המתוקים הגדול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מהצפון, דרך הירדן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הכנרת היא אגם מים מתוקים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חלק גדול מגיע ממתקני התפלה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המתוקים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(גובה פני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(דבר יקר ערך בכמות מוגבלת)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(תקופה ארוכה בלי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(הפיכת מי ים למי 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הקרות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גשמים ושלגים יורדים בהרים בצפון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זורמים בנחלים ובמעיינות אל הירדן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הירדן נשפך אל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מפלס הכנרת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ופיתוח 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מקלחת קצרה, סגירת ברז בזמן צחצוח שיניים, השקיית גינה בערב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גובה פני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מהצפון, דרך הירדן, מגשמים ושלגים בהרים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מקלחת קצרה או סגירת ברז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בשאלה הפותחת בטקסט על המילה 'מפלס' כדי 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מפה של אזור הכנרת והירדן להמחשת זרימת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חיבור אישי - הרגלי חיסכון במים בבית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הכנרת - אגם שעולה ויורד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הכנרת, אגם המים המתוקים הגדול בישראל, ועל הסיבות לעליה ולירידה במפלס המים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שלגים  ·  מאדה  ·  המתוקים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נהר קטן בדרום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אגם המים המתוקים הגדול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 מלוח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מאין מגיעים בעיקר מי הכנרת?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מהדרום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מהצפון, דרך הירדן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הכנרת היא אגם מים מלוחים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המפלס עולה בגלל הגשמים והשלגים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מי השתייה בישראל מגיעים היום מהכנרת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הכנרת היא אגם המים __________ הגדול בארץ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בחורף יורדים גשמים ו__________ בהרים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בקיץ השמש __________ את המים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מפלס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 יקר ערך בכמות מוגבלת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גובה פני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בצורת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הפיכת מי ים למי 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התפלה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תקופה ארוכה בלי 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הקרות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זורמים בנחלים ובמעיינות אל הירדן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הירדן נשפך אל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מפלס הכנרת 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גשמים ושלגים יורדים בהרים בצפון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ופיתוח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דרכים שבהן כל אחד מאיתנו יכול לחסוך מים בבית, בהשראת 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מפלס?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מאין מגיעים בעיקר מי הכנרת?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הכנרת - אגם שעולה ויורד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